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וחודש כסלו בשפה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כל נר לערך שהוא מייצג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וכתיבה קצרה סביב טקסטים וקטעי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החג ותפקידים אפשריים בטקס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חלומות בתורה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(חלם על סולם שמגיע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(חלם על אלומות בשדה ועל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(נקרא "בעל החלומות")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(חלם על פרות ועל שיבולים)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ערך למצב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מחשבה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אישי קצר של מצב שבו הילד/ה היה/תה אמיץ/ה, למשל שאלה בכיתה או ניסיון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ערך אחד מתוך הרשימה עם 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מקורי קצר הקושר אור או נתינה לעזרה לזולת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שלמרות שהשמן הספיק רק ליום אחד, בכל זאת הדליקו - וזו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קטעי קריאה ושירים – הבנת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לכד שמן קטן שהספיק לשמונה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 סוב סוב סוב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האור שלו לא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קטעי קריאה ושירים – התאמת נרות לערכים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(אור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כתיבה אישית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ערך והסבר קצר מדוע הוא חשוב לכותב/ת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שאומץ הוא לפעול למרות הפחד, למשל להעז לנסות למרות החשש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לכתוב פתק עידוד או להציע עזרה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שמסבירה שנתינה לא מחסרת מהנותן, בדומה לנר שמדליק נר נוסף ולא מאבד מאורו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המערכון: הנר שחשב שהוא קטן מדי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חושב שהוא קטן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המערכון: הנר שחשב שהוא קטן מדי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מדבר מהר, נמרץ ומתבלבל, ומסתובב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מספרת שמצאו אותה בבית המקדש עם מעט שמן.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המערכון: הנר שחשב שהוא קטן מדי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(הנר הקטן שחושב שהוא לא מספיק)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(נמרץ ומתבלבל, מדבר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(מכירה את סיפור הנס מבפנים)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המערכון: הנר שחשב שהוא קטן מדי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מדליק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הנר הראשון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על פך השמן הקטן בבית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נרי מבין שאפשר להתחיל במה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מילים וחנוכה בעולם – מילים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 קטן שמדליקים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הנר שמדליק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המנורה שבה מדליקים את נרות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אירוע מיוחד ומפתיע, כמו שהשמן הספיק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וחנוכה בעולם – התאמה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(helper candle (shamash))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(Hanukkah menorah)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(jam doughnut)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וחנוכה בעולם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וחנוכה בעולם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כדי שכל התלמידים, גם עולים חדשים, יבינו את מילות החג ויוכלו להשתתף בטקס.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שתי מילים מהרשימה בשימוש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מתכוננים לטקס – מי עושה מה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בפתיחה, באמצע ובסיום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מתכוננים לטקס – תפקידים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(מזמין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 את קטע ההדלקה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 נר אחד ואומר משפט על הערך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(שרה שירים ומובילה קריאה קולית)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פך השמן, המכבים וכ״ה בכסלו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נכון לפחות ארבעה מהערכים לנרות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קצר, אישי, וקשור לערך הנבחר (למשל תקווה, נתינה)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בכסלו,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א׳–ג׳ מומלץ להשתמש בגרסה המנוקדת ובמשפטים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המערכון כהכנה לפני חלוקת תפקידים אמיתית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לשלב את דף המילים בעברית קלה לצד תרגום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חנוכה. נקרא, נצייר ונכתוב קצת. אפשר לעשות דף אחד בכל פעם.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העברי, בו חל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ולא הסבירו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כל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עם שמונה נרות ושמש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שאנחנו רוצים לחיות לפיו, כמו אומץ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שנלחמה על חופש לחיות לפי דרכה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אקרוסטיכון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שבו האות הראשונה בכל שורה יוצרת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קצרה וקומית עם כמה דמויות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שקורא בקול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 כשמעריכים משהו שקיבלנו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חודש סופרים כדי שכסלו יהיה התשיעי?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מניין הגיעו שמות החודשים העבריים, ובהם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חנוכה מתחיל ביום מסוים בחודש כסלו. באיזה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חודש כסלו מכונה בטקסט גם "חודש ה..."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המסורת, כשנכנסו המכבים למקדש מצאו רק __________ שמן קטן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יעקב חלם על __________ שראשו מגיע השמיימה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חלומות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נקרא "בעל החלומות"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חלם על סולם שמגיע לשמיים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יוסף (כינוי מהאחים)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חלם על פרות ועל 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חלם על אלומות בשדה ועל שמש, ירח וכוכבים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שייך לנר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שייך לנר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שייך לנר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ערכים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התאמת ערך למצב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מושיט יד לחבר שיושב לבד למרות שמפחד שידחו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מישהי ממשיכה לנסות שוב ושוב גם כשקשה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 אומר תודה למי שעזר 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 משתפת את מה שיש לה עם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 שלמה עובדת יחד למטרה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 שמצליח לא מתרברב ונותן קרדיט לאחרים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גיליתם אומץ, גם אם היה זה משהו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מבין השמונה הכי קל לכם לתרגל השבוע?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הדלקה קצר משלכם לנר שמסמל אור לאחרים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איך סיפור כד השמן הקטן מתחבר לערך התקווה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קטעי קריאה ושירים – הבנת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 הדלקה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הערך של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הסיפור שקשור לנר התקווה?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לכד שמן קטן שהספיק לשמונה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לניצחון בקרב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לבניית המקדש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לסיפור יוסף ואחיו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שיר שרים ומסובבים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 סוב סוב סוב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לאור כשנותנים ממנו?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 שלו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 שלו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 שלו לא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 שלו משנה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קטעי קריאה ושירים – התאמת נרות לערכים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קטעי קריאה ושירים – כתיבה אישית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הדלקה אישי לנר שלכם: איזה ערך חשוב לכם, ולמה (2-3 משפטים)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בקטע על נר האומץ נכתב שאומץ הוא לא היעדר פחד. הסבירו במילים שלכם למה הכוונה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מעשה קטן אחד שיכול להביא תקווה למישהו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קטע נר הנתינה לרעיון שאור לא נגמר כשחולקים אותו?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המערכון: הנר שחשב שהוא קטן מדי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הקטנה ביותר בקופסת הנרות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שמשית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להסתובב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נרי חושב בהתחלה שהוא לא יצליח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חושב שהוא קטן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פוחד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יודע להדליק את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המערכון: הנר שחשב שהוא קטן מדי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במערכון הוא דמות שקטה ומדברת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שהיתה בבית המקדש לפני שנים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המערכון: הנר שחשב שהוא קטן מדי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רגועה וחכמה, מדליקה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מכירה את סיפור הנס מבפנים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 הקטן שחושב שהוא לא מספיק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נמרץ ומתבלבל, מדבר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המערכון: הנר שחשב שהוא קטן מדי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מגלה שהוא הנר הראשון ומפחד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על פך השמן הקטן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נרי מבין שאפשר להתחיל במה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נכנס מסתובב ושואל מי מדליק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מילים וחנוכה בעולם – מילים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קטן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פריט 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הנר שמדליק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הנר 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רק 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להדליק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חנוכייה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המנורה שבה מדליקים את נרות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שמושר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נס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אירוע מיוחד ומפתיע, כמו שהשמן הספיק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בישול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חודש בלוח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נר 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מילים וחנוכה בעולם – התאמה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jam doughnut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helper candle (shamash)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Hanukkah menorah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וחנוכה בעולם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במילון החג, המילה __________ מתורגמת לרוסית כ-"чудо".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"שמש" מתורגמת לערבית כ-"الشمعة الخادمة", כלומר הנר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וחנוכה בעולם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שיהיה מילון חנוכה בארבע שפות.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שבו תשתמשו בשתיים מהמילים: נר, שמש, חנוכייה, נס, סופגנייה.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מתכוננים לטקס – מי עושה מה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 כל הזמן ומזמין ילדים להדליק?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קורא בקול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צוות טכני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ילדים מדליקים נרות,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המקהלה 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בפתיחה, באמצע ובסיום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שרה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מתכוננים לטקס – תפקידים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מדליק נר אחד ואומר משפט על הערך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שרה שירים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מזמין את המדליקים בשמם בקצב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 את קטע ההדלקה מהדוכן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לספר בקצרה מה קרה בסיפור חנוכה ומה זה 'חודש החלומות'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איזה ערך מתאים לכל אחד משמונת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משפט הדלקה קצר משלי לנר שבחרתי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 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