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 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וחודש כסלו בשפה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כל נר לערך שהוא מייצג ולדוגמה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קריאה, הבנה וכתיבה קצרה סביב טקסטים וקטעי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של החג ותפקידים אפשריים בטקס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כ״ה בכסלו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חלומות בתורה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(חלם על סולם שמגיע לשמיים)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(חלם על אלומות בשדה ועל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(נקרא "בעל החלומות")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(חלם על פרות ועל שיבולים)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שמונה נרות, שמונה ערכים – זיהוי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נתינה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התאמת ערך למצב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(נתינה)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מחשבה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קטעי קריאה ושירים – הבנת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לכד שמן קטן שהספיק לשמונה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קטעי קריאה ושירים – התאמת נרות לערכים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קטעי קריאה ושירים – כתיבה אישית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לכתוב פתק עידוד או להציע עזרה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המערכון: הנר שחשב שהוא קטן מדי – היכרות עם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להדליק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המערכון: הנר שחשב שהוא קטן מדי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מדבר מהר, נמרץ ומתבלבל, ומסתובב כל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פכית מספרת שמצאו אותה בבית המקדש עם מעט שמן.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המערכון: הנר שחשב שהוא קטן מדי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(הנר הקטן שחושב שהוא לא מספיק)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(רגועה וחכמה, 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(נמרץ ומתבלבל, מדבר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המערכון: הנר שחשב שהוא קטן מדי – סדר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סביבוני נכנס מסתובב ושואל מי מדליק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נרי מגלה שהוא הנר הראשון ומפחד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פכית מספרת על פך השמן הקטן בבית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מילים וחנוכה בעולם – מילים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אור קטן שמדליקים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הנר שמדליק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מילים וחנוכה בעולם – התאמה לאנגלית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(helper candle (shamash))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(Hanukkah menorah)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וחנוכה בעולם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וחנוכה בעולם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מתכוננים לטקס – מי עושה מה בטקס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מתכוננים לטקס – תפקידים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(מזמין את המדליקים בשמם בקצב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(קורא את קטע ההדלקה מהדוכן)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(מדליק נר אחד ואומר משפט על הערך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(שרה שירים ומובילה קריאה קולית)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פך השמן, המכבים וכ״ה בכסלו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מתאימה נכון לפחות ארבעה מהערכים לנרות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קצר, אישי, וקשור לערך הנבחר (למשל תקווה, נתינה)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בכסלו,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א׳–ג׳ מומלץ להשתמש בגרסה המנוקדת ובמשפטים קצרים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פרק המערכון כהכנה לפני חלוקת תפקידים אמיתית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לשלב את דף המילים בעברית קלה לצד תרגום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 חנוכה: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נלמד יחד על חנוכה וכסלו, נכיר את שמונת הנרות והערכים שלהם, ונתרגל קריאה וכתיבה קצרה. אפשר לעבוד בכל פרק בנפרד, לפי הסדר או לפי מה שלומדים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כד  ·  סולם  ·  נס  ·  העוזר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כסלו וסיפור החג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כסלו הוא החודש התשיעי בלוח העברי כשסופרים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מניין הגיעו שמות החודשים העבריים, ובהם 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חנוכה מתחיל ביום מסוים בחודש כסלו. באיזה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ט״ו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כ״ה בכסלו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כסלו וסיפור החג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המסורת, כשנכנסו המכבים למקדש מצאו רק __________ שמן קטן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יעקב חלם על __________ שראשו מגיע השמיימה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כסלו וסיפור החג – חלומות בתורה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חלם על פרות ועל 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יוסף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נקרא "בעל החלומות"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יוסף (כינוי מהאחים)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חלם על סולם שמגיע לשמיים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חלם על אלומות בשדה ועל שמש, ירח וכוכבים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שמונה נרות, שמונה ערכים – זיהוי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ערך מקושר לנר הראשון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ערך מקושר לנר השני, שמזכיר את כד השמן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ערך מקושר לנר השלישי, שעוסק באור שלא נגמר כשמעבירים אותו הלאה?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שמונה נרות, שמונה ערכים – התאמת ערך למצב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ילד מושיט יד לחבר שיושב לבד למרות שמפחד שידחו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מישהי ממשיכה לנסות שוב ושוב גם כשקשה 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תלמיד אומר תודה למי שעזר 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חברה משתפת את מה שיש לה עם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הכרת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שמונה נרות, שמונה ערכים – מחשבה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קטעי קריאה ושירים – הבנת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קטעי קריאה יש בקטעי ההדלקה, קטע לכל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ערך מסמל הנר הראשון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קשור נר התקווה לפי קטע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לכד שמן קטן שהספיק לשמונה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לניצחון בקרב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לבניית המקדש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קטעי קריאה ושירים – התאמת נרות לערכים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קטעי קריאה ושירים – כתיבה אישית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מעשה קטן אחד שיכול להביא תקווה למישהו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המערכון: הנר שחשב שהוא קטן מדי – היכרות עם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הדמות הקטנה ביותר בקופסת הנרות במערכון?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תפקידה של שמשית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להסתובב במהירות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המערכון: הנר שחשב שהוא קטן מדי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סביבוני במערכון הוא דמות שקטה ומדברת לאט.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פכית מספרת שהיתה בבית המקדש לפני שנים רבות.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המערכון: הנר שחשב שהוא קטן מדי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נמרץ ומתבלבל, מדבר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הנר הקטן שחושב שהוא לא מספיק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רגועה וחכמה, מדליקה את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המערכון: הנר שחשב שהוא קטן מדי – סדר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נרי מגלה שהוא הנר הראשון ומפחד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פכית מספרת על פך השמן הקטן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סביבוני נכנס מסתובב ושואל מי מדליק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מילים וחנוכה בעולם – מילים מהחג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המילה "נר" מתארת בחג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 קטן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ה"שמש"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הנר שמדליק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הנר האחרון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רק קישוט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מילים וחנוכה בעולם – התאמה לאנגלית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Hanukkah menorah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helper candle (shamash)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מילים וחנוכה בעולם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במילון החג, המילה __________ מתורגמת לרוסית כ-"чудо".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"שמש" מתורגמת לערבית כ-"الشمعة الخادمة", כלומר הנר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מילים וחנוכה בעולם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מתכוננים לטקס – מי עושה מה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מוביל את הטקס, מקשר בין החלקים ומזמין את המדליקים?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קורא מהדוכן את קטעי הכסלו והסיפור ההיסטורי?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מדליקים ומדליקות יש בטקס, כולל מי שמדליק את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מתכוננים לטקס – תפקידים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מדליק נר אחד ואומר משפט על הערך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שרה שירים ומובילה קריאה קולית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מדליק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מזמין את המדליקים בשמם בקצב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 את קטע ההדלקה מהדוכן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לספר בקצרה מה קרה בסיפור חנוכה ומה זה 'חודש החלומות'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להגיד איזה ערך מתאים לכל אחד משמונת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 חנוכה: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